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Calibri" w:hAnsi="Calibri"/>
          <w:b/>
          <w:color w:val="991B1B"/>
          <w:sz w:val="28"/>
        </w:rPr>
        <w:t>VIDYA UDAY MISSION</w:t>
      </w:r>
    </w:p>
    <w:p>
      <w:pPr>
        <w:jc w:val="center"/>
      </w:pPr>
      <w:r>
        <w:rPr>
          <w:rFonts w:ascii="Calibri" w:hAnsi="Calibri"/>
          <w:b/>
          <w:color w:val="0F172A"/>
          <w:sz w:val="32"/>
        </w:rPr>
        <w:t>PROF. PREM SHANKER RAM (RETD.)</w:t>
      </w:r>
    </w:p>
    <w:p>
      <w:pPr>
        <w:jc w:val="center"/>
      </w:pPr>
      <w:r>
        <w:rPr>
          <w:rFonts w:ascii="Calibri" w:hAnsi="Calibri"/>
          <w:b/>
          <w:color w:val="475569"/>
          <w:sz w:val="21"/>
        </w:rPr>
        <w:t>Faculty of Education, Banaras Hindu University, Varanasi</w:t>
      </w:r>
    </w:p>
    <w:p>
      <w:pPr>
        <w:jc w:val="center"/>
      </w:pPr>
      <w:r>
        <w:t>Doctoral Research Scholars Directory &amp; Current Professional Coordinates Roster</w:t>
      </w:r>
      <w:r>
        <w:rPr>
          <w:rFonts w:ascii="Calibri" w:hAnsi="Calibri"/>
          <w:i/>
          <w:color w:val="475569"/>
          <w:sz w:val="24"/>
        </w:rPr>
        <w:t>Ph.D. Scholar Profile &amp; Contact Information Update Pro-Forma</w:t>
      </w:r>
    </w:p>
    <w:p>
      <w:pPr>
        <w:jc w:val="center"/>
      </w:pPr>
      <w:r>
        <w:rPr>
          <w:color w:val="1E293B"/>
          <w:sz w:val="19"/>
        </w:rPr>
        <w:t>🌐 Quick Online Submission: You can also update directly on the website:</w:t>
        <w:br/>
      </w:r>
      <w:r>
        <w:rPr>
          <w:b/>
          <w:color w:val="2563EB"/>
          <w:sz w:val="19"/>
        </w:rPr>
        <w:t>https://www.vidyaudaymission.org/scholar-update.html</w:t>
      </w:r>
    </w:p>
    <w:p/>
    <w:p>
      <w:r>
        <w:rPr>
          <w:rFonts w:ascii="Calibri" w:hAnsi="Calibri"/>
          <w:color w:val="334155"/>
          <w:sz w:val="20"/>
        </w:rPr>
        <w:t>Dear Doctor / Research Scholar,</w:t>
        <w:br/>
        <w:t>This pro-forma is being compiled to update the permanent Doctoral Supervision Registry and Alumni Roll under the mentorship of Prof. Prem Shanker Ram (Retd.) (Faculty of Education, BHU). Please fill in your current details below and return this document or submit via the online portal so that your latest designation, institution, and professional coordinates can be featured for the academic community.</w:t>
      </w:r>
    </w:p>
    <w:tbl>
      <w:tblPr>
        <w:tblW w:type="auto" w:w="0"/>
        <w:jc w:val="center"/>
        <w:tblLayout w:type="fixed"/>
        <w:tblLook w:firstColumn="1" w:firstRow="1" w:lastColumn="0" w:lastRow="0" w:noHBand="0" w:noVBand="1" w:val="04A0"/>
      </w:tblPr>
      <w:tblGrid>
        <w:gridCol w:w="4968"/>
        <w:gridCol w:w="4968"/>
      </w:tblGrid>
      <w:tr>
        <w:tc>
          <w:tcPr>
            <w:tcW w:type="dxa" w:w="3744"/>
            <w:shd w:val="clear" w:color="auto" w:fill="F8FAFC"/>
            <w:tcMar>
              <w:top w:w="80" w:type="dxa"/>
              <w:bottom w:w="80" w:type="dxa"/>
              <w:left w:w="120" w:type="dxa"/>
              <w:right w:w="120" w:type="dxa"/>
            </w:tcMar>
          </w:tcPr>
          <w:p>
            <w:pPr>
              <w:spacing w:before="40" w:after="40"/>
            </w:pPr>
            <w:r>
              <w:rPr>
                <w:rFonts w:ascii="Calibri" w:hAnsi="Calibri"/>
                <w:b/>
                <w:color w:val="0F172A"/>
                <w:sz w:val="19"/>
              </w:rPr>
              <w:t>1. Full Name of Scholar</w:t>
            </w:r>
          </w:p>
        </w:tc>
        <w:tc>
          <w:tcPr>
            <w:tcW w:type="dxa" w:w="6192"/>
            <w:tcMar>
              <w:top w:w="80" w:type="dxa"/>
              <w:bottom w:w="80" w:type="dxa"/>
              <w:left w:w="120" w:type="dxa"/>
              <w:right w:w="120" w:type="dxa"/>
            </w:tcMar>
          </w:tcPr>
          <w:p>
            <w:pPr>
              <w:spacing w:before="40" w:after="40"/>
            </w:pPr>
            <w:r>
              <w:rPr>
                <w:rFonts w:ascii="Calibri" w:hAnsi="Calibri"/>
                <w:i/>
                <w:color w:val="94A3B8"/>
                <w:sz w:val="18"/>
              </w:rPr>
              <w:t>[e.g. Dr. Gunjan Upadhyay / Dr. Pradeep Kumar Chaturvedi]</w:t>
            </w:r>
          </w:p>
        </w:tc>
      </w:tr>
      <w:tr>
        <w:tc>
          <w:tcPr>
            <w:tcW w:type="dxa" w:w="3744"/>
            <w:shd w:val="clear" w:color="auto" w:fill="F8FAFC"/>
            <w:tcMar>
              <w:top w:w="80" w:type="dxa"/>
              <w:bottom w:w="80" w:type="dxa"/>
              <w:left w:w="120" w:type="dxa"/>
              <w:right w:w="120" w:type="dxa"/>
            </w:tcMar>
          </w:tcPr>
          <w:p>
            <w:pPr>
              <w:spacing w:before="40" w:after="40"/>
            </w:pPr>
            <w:r>
              <w:rPr>
                <w:rFonts w:ascii="Calibri" w:hAnsi="Calibri"/>
                <w:b/>
                <w:color w:val="0F172A"/>
                <w:sz w:val="19"/>
              </w:rPr>
              <w:t>2. Ph.D. Award Year</w:t>
            </w:r>
          </w:p>
        </w:tc>
        <w:tc>
          <w:tcPr>
            <w:tcW w:type="dxa" w:w="6192"/>
            <w:tcMar>
              <w:top w:w="80" w:type="dxa"/>
              <w:bottom w:w="80" w:type="dxa"/>
              <w:left w:w="120" w:type="dxa"/>
              <w:right w:w="120" w:type="dxa"/>
            </w:tcMar>
          </w:tcPr>
          <w:p>
            <w:pPr>
              <w:spacing w:before="40" w:after="40"/>
            </w:pPr>
            <w:r>
              <w:rPr>
                <w:rFonts w:ascii="Calibri" w:hAnsi="Calibri"/>
                <w:i/>
                <w:color w:val="94A3B8"/>
                <w:sz w:val="18"/>
              </w:rPr>
              <w:t>[e.g. 2023]</w:t>
            </w:r>
          </w:p>
        </w:tc>
      </w:tr>
      <w:tr>
        <w:tc>
          <w:tcPr>
            <w:tcW w:type="dxa" w:w="3744"/>
            <w:shd w:val="clear" w:color="auto" w:fill="F8FAFC"/>
            <w:tcMar>
              <w:top w:w="80" w:type="dxa"/>
              <w:bottom w:w="80" w:type="dxa"/>
              <w:left w:w="120" w:type="dxa"/>
              <w:right w:w="120" w:type="dxa"/>
            </w:tcMar>
          </w:tcPr>
          <w:p>
            <w:pPr>
              <w:spacing w:before="40" w:after="40"/>
            </w:pPr>
            <w:r>
              <w:rPr>
                <w:rFonts w:ascii="Calibri" w:hAnsi="Calibri"/>
                <w:b/>
                <w:color w:val="0F172A"/>
                <w:sz w:val="19"/>
              </w:rPr>
              <w:t>3. Title of Ph.D. Thesis / Topic</w:t>
            </w:r>
          </w:p>
        </w:tc>
        <w:tc>
          <w:tcPr>
            <w:tcW w:type="dxa" w:w="6192"/>
            <w:tcMar>
              <w:top w:w="80" w:type="dxa"/>
              <w:bottom w:w="80" w:type="dxa"/>
              <w:left w:w="120" w:type="dxa"/>
              <w:right w:w="120" w:type="dxa"/>
            </w:tcMar>
          </w:tcPr>
          <w:p>
            <w:pPr>
              <w:spacing w:before="40" w:after="40"/>
            </w:pPr>
            <w:r>
              <w:rPr>
                <w:rFonts w:ascii="Calibri" w:hAnsi="Calibri"/>
                <w:i/>
                <w:color w:val="94A3B8"/>
                <w:sz w:val="18"/>
              </w:rPr>
              <w:t>[Full title of doctoral dissertation submitted at BHU]</w:t>
            </w:r>
          </w:p>
        </w:tc>
      </w:tr>
      <w:tr>
        <w:tc>
          <w:tcPr>
            <w:tcW w:type="dxa" w:w="3744"/>
            <w:shd w:val="clear" w:color="auto" w:fill="F8FAFC"/>
            <w:tcMar>
              <w:top w:w="80" w:type="dxa"/>
              <w:bottom w:w="80" w:type="dxa"/>
              <w:left w:w="120" w:type="dxa"/>
              <w:right w:w="120" w:type="dxa"/>
            </w:tcMar>
          </w:tcPr>
          <w:p>
            <w:pPr>
              <w:spacing w:before="40" w:after="40"/>
            </w:pPr>
            <w:r>
              <w:rPr>
                <w:rFonts w:ascii="Calibri" w:hAnsi="Calibri"/>
                <w:b/>
                <w:color w:val="0F172A"/>
                <w:sz w:val="19"/>
              </w:rPr>
              <w:t>4. Current Designation / Post</w:t>
            </w:r>
          </w:p>
        </w:tc>
        <w:tc>
          <w:tcPr>
            <w:tcW w:type="dxa" w:w="6192"/>
            <w:tcMar>
              <w:top w:w="80" w:type="dxa"/>
              <w:bottom w:w="80" w:type="dxa"/>
              <w:left w:w="120" w:type="dxa"/>
              <w:right w:w="120" w:type="dxa"/>
            </w:tcMar>
          </w:tcPr>
          <w:p>
            <w:pPr>
              <w:spacing w:before="40" w:after="40"/>
            </w:pPr>
            <w:r>
              <w:rPr>
                <w:rFonts w:ascii="Calibri" w:hAnsi="Calibri"/>
                <w:i/>
                <w:color w:val="94A3B8"/>
                <w:sz w:val="18"/>
              </w:rPr>
              <w:t>[e.g. Associate Professor / Assistant Professor / Scientist / Principal]</w:t>
            </w:r>
          </w:p>
        </w:tc>
      </w:tr>
      <w:tr>
        <w:tc>
          <w:tcPr>
            <w:tcW w:type="dxa" w:w="3744"/>
            <w:shd w:val="clear" w:color="auto" w:fill="F8FAFC"/>
            <w:tcMar>
              <w:top w:w="80" w:type="dxa"/>
              <w:bottom w:w="80" w:type="dxa"/>
              <w:left w:w="120" w:type="dxa"/>
              <w:right w:w="120" w:type="dxa"/>
            </w:tcMar>
          </w:tcPr>
          <w:p>
            <w:pPr>
              <w:spacing w:before="40" w:after="40"/>
            </w:pPr>
            <w:r>
              <w:rPr>
                <w:rFonts w:ascii="Calibri" w:hAnsi="Calibri"/>
                <w:b/>
                <w:color w:val="0F172A"/>
                <w:sz w:val="19"/>
              </w:rPr>
              <w:t>5. Current Institution / Organization</w:t>
            </w:r>
          </w:p>
        </w:tc>
        <w:tc>
          <w:tcPr>
            <w:tcW w:type="dxa" w:w="6192"/>
            <w:tcMar>
              <w:top w:w="80" w:type="dxa"/>
              <w:bottom w:w="80" w:type="dxa"/>
              <w:left w:w="120" w:type="dxa"/>
              <w:right w:w="120" w:type="dxa"/>
            </w:tcMar>
          </w:tcPr>
          <w:p>
            <w:pPr>
              <w:spacing w:before="40" w:after="40"/>
            </w:pPr>
            <w:r>
              <w:rPr>
                <w:rFonts w:ascii="Calibri" w:hAnsi="Calibri"/>
                <w:i/>
                <w:color w:val="94A3B8"/>
                <w:sz w:val="18"/>
              </w:rPr>
              <w:t>[e.g. Department of Education, Central University / College / Govt. Org]</w:t>
            </w:r>
          </w:p>
        </w:tc>
      </w:tr>
      <w:tr>
        <w:tc>
          <w:tcPr>
            <w:tcW w:type="dxa" w:w="3744"/>
            <w:shd w:val="clear" w:color="auto" w:fill="F8FAFC"/>
            <w:tcMar>
              <w:top w:w="80" w:type="dxa"/>
              <w:bottom w:w="80" w:type="dxa"/>
              <w:left w:w="120" w:type="dxa"/>
              <w:right w:w="120" w:type="dxa"/>
            </w:tcMar>
          </w:tcPr>
          <w:p>
            <w:pPr>
              <w:spacing w:before="40" w:after="40"/>
            </w:pPr>
            <w:r>
              <w:rPr>
                <w:rFonts w:ascii="Calibri" w:hAnsi="Calibri"/>
                <w:b/>
                <w:color w:val="0F172A"/>
                <w:sz w:val="19"/>
              </w:rPr>
              <w:t>6. Department / Faculty</w:t>
            </w:r>
          </w:p>
        </w:tc>
        <w:tc>
          <w:tcPr>
            <w:tcW w:type="dxa" w:w="6192"/>
            <w:tcMar>
              <w:top w:w="80" w:type="dxa"/>
              <w:bottom w:w="80" w:type="dxa"/>
              <w:left w:w="120" w:type="dxa"/>
              <w:right w:w="120" w:type="dxa"/>
            </w:tcMar>
          </w:tcPr>
          <w:p>
            <w:pPr>
              <w:spacing w:before="40" w:after="40"/>
            </w:pPr>
            <w:r>
              <w:rPr>
                <w:rFonts w:ascii="Calibri" w:hAnsi="Calibri"/>
                <w:i/>
                <w:color w:val="94A3B8"/>
                <w:sz w:val="18"/>
              </w:rPr>
              <w:t>[e.g. Faculty of Education / Teacher Education Department]</w:t>
            </w:r>
          </w:p>
        </w:tc>
      </w:tr>
      <w:tr>
        <w:tc>
          <w:tcPr>
            <w:tcW w:type="dxa" w:w="3744"/>
            <w:shd w:val="clear" w:color="auto" w:fill="F8FAFC"/>
            <w:tcMar>
              <w:top w:w="80" w:type="dxa"/>
              <w:bottom w:w="80" w:type="dxa"/>
              <w:left w:w="120" w:type="dxa"/>
              <w:right w:w="120" w:type="dxa"/>
            </w:tcMar>
          </w:tcPr>
          <w:p>
            <w:pPr>
              <w:spacing w:before="40" w:after="40"/>
            </w:pPr>
            <w:r>
              <w:rPr>
                <w:rFonts w:ascii="Calibri" w:hAnsi="Calibri"/>
                <w:b/>
                <w:color w:val="0F172A"/>
                <w:sz w:val="19"/>
              </w:rPr>
              <w:t>7. Current Work Location (City &amp; State)</w:t>
            </w:r>
          </w:p>
        </w:tc>
        <w:tc>
          <w:tcPr>
            <w:tcW w:type="dxa" w:w="6192"/>
            <w:tcMar>
              <w:top w:w="80" w:type="dxa"/>
              <w:bottom w:w="80" w:type="dxa"/>
              <w:left w:w="120" w:type="dxa"/>
              <w:right w:w="120" w:type="dxa"/>
            </w:tcMar>
          </w:tcPr>
          <w:p>
            <w:pPr>
              <w:spacing w:before="40" w:after="40"/>
            </w:pPr>
            <w:r>
              <w:rPr>
                <w:rFonts w:ascii="Calibri" w:hAnsi="Calibri"/>
                <w:i/>
                <w:color w:val="94A3B8"/>
                <w:sz w:val="18"/>
              </w:rPr>
              <w:t>[e.g. Varanasi, Uttar Pradesh, India]</w:t>
            </w:r>
          </w:p>
        </w:tc>
      </w:tr>
      <w:tr>
        <w:tc>
          <w:tcPr>
            <w:tcW w:type="dxa" w:w="3744"/>
            <w:shd w:val="clear" w:color="auto" w:fill="F8FAFC"/>
            <w:tcMar>
              <w:top w:w="80" w:type="dxa"/>
              <w:bottom w:w="80" w:type="dxa"/>
              <w:left w:w="120" w:type="dxa"/>
              <w:right w:w="120" w:type="dxa"/>
            </w:tcMar>
          </w:tcPr>
          <w:p>
            <w:pPr>
              <w:spacing w:before="40" w:after="40"/>
            </w:pPr>
            <w:r>
              <w:rPr>
                <w:rFonts w:ascii="Calibri" w:hAnsi="Calibri"/>
                <w:b/>
                <w:color w:val="0F172A"/>
                <w:sz w:val="19"/>
              </w:rPr>
              <w:t>8. Mobile / WhatsApp Contact No.</w:t>
            </w:r>
          </w:p>
        </w:tc>
        <w:tc>
          <w:tcPr>
            <w:tcW w:type="dxa" w:w="6192"/>
            <w:tcMar>
              <w:top w:w="80" w:type="dxa"/>
              <w:bottom w:w="80" w:type="dxa"/>
              <w:left w:w="120" w:type="dxa"/>
              <w:right w:w="120" w:type="dxa"/>
            </w:tcMar>
          </w:tcPr>
          <w:p>
            <w:pPr>
              <w:spacing w:before="40" w:after="40"/>
            </w:pPr>
            <w:r>
              <w:rPr>
                <w:rFonts w:ascii="Calibri" w:hAnsi="Calibri"/>
                <w:i/>
                <w:color w:val="94A3B8"/>
                <w:sz w:val="18"/>
              </w:rPr>
              <w:t>[+91 - ]</w:t>
            </w:r>
          </w:p>
        </w:tc>
      </w:tr>
      <w:tr>
        <w:tc>
          <w:tcPr>
            <w:tcW w:type="dxa" w:w="3744"/>
            <w:shd w:val="clear" w:color="auto" w:fill="F8FAFC"/>
            <w:tcMar>
              <w:top w:w="80" w:type="dxa"/>
              <w:bottom w:w="80" w:type="dxa"/>
              <w:left w:w="120" w:type="dxa"/>
              <w:right w:w="120" w:type="dxa"/>
            </w:tcMar>
          </w:tcPr>
          <w:p>
            <w:pPr>
              <w:spacing w:before="40" w:after="40"/>
            </w:pPr>
            <w:r>
              <w:rPr>
                <w:rFonts w:ascii="Calibri" w:hAnsi="Calibri"/>
                <w:b/>
                <w:color w:val="0F172A"/>
                <w:sz w:val="19"/>
              </w:rPr>
              <w:t>9. Official / Primary Email Address</w:t>
            </w:r>
          </w:p>
        </w:tc>
        <w:tc>
          <w:tcPr>
            <w:tcW w:type="dxa" w:w="6192"/>
            <w:tcMar>
              <w:top w:w="80" w:type="dxa"/>
              <w:bottom w:w="80" w:type="dxa"/>
              <w:left w:w="120" w:type="dxa"/>
              <w:right w:w="120" w:type="dxa"/>
            </w:tcMar>
          </w:tcPr>
          <w:p>
            <w:pPr>
              <w:spacing w:before="40" w:after="40"/>
            </w:pPr>
            <w:r>
              <w:rPr>
                <w:rFonts w:ascii="Calibri" w:hAnsi="Calibri"/>
                <w:i/>
                <w:color w:val="94A3B8"/>
                <w:sz w:val="18"/>
              </w:rPr>
              <w:t>[e.g. scholar@university.ac.in]</w:t>
            </w:r>
          </w:p>
        </w:tc>
      </w:tr>
      <w:tr>
        <w:tc>
          <w:tcPr>
            <w:tcW w:type="dxa" w:w="3744"/>
            <w:shd w:val="clear" w:color="auto" w:fill="F8FAFC"/>
            <w:tcMar>
              <w:top w:w="80" w:type="dxa"/>
              <w:bottom w:w="80" w:type="dxa"/>
              <w:left w:w="120" w:type="dxa"/>
              <w:right w:w="120" w:type="dxa"/>
            </w:tcMar>
          </w:tcPr>
          <w:p>
            <w:pPr>
              <w:spacing w:before="40" w:after="40"/>
            </w:pPr>
            <w:r>
              <w:rPr>
                <w:rFonts w:ascii="Calibri" w:hAnsi="Calibri"/>
                <w:b/>
                <w:color w:val="0F172A"/>
                <w:sz w:val="19"/>
              </w:rPr>
              <w:t>10. Alternate Email Address</w:t>
            </w:r>
          </w:p>
        </w:tc>
        <w:tc>
          <w:tcPr>
            <w:tcW w:type="dxa" w:w="6192"/>
            <w:tcMar>
              <w:top w:w="80" w:type="dxa"/>
              <w:bottom w:w="80" w:type="dxa"/>
              <w:left w:w="120" w:type="dxa"/>
              <w:right w:w="120" w:type="dxa"/>
            </w:tcMar>
          </w:tcPr>
          <w:p>
            <w:pPr>
              <w:spacing w:before="40" w:after="40"/>
            </w:pPr>
            <w:r>
              <w:rPr>
                <w:rFonts w:ascii="Calibri" w:hAnsi="Calibri"/>
                <w:i/>
                <w:color w:val="94A3B8"/>
                <w:sz w:val="18"/>
              </w:rPr>
              <w:t>[e.g. personal@gmail.com]</w:t>
            </w:r>
          </w:p>
        </w:tc>
      </w:tr>
      <w:tr>
        <w:tc>
          <w:tcPr>
            <w:tcW w:type="dxa" w:w="3744"/>
            <w:shd w:val="clear" w:color="auto" w:fill="F8FAFC"/>
            <w:tcMar>
              <w:top w:w="80" w:type="dxa"/>
              <w:bottom w:w="80" w:type="dxa"/>
              <w:left w:w="120" w:type="dxa"/>
              <w:right w:w="120" w:type="dxa"/>
            </w:tcMar>
          </w:tcPr>
          <w:p>
            <w:pPr>
              <w:spacing w:before="40" w:after="40"/>
            </w:pPr>
            <w:r>
              <w:rPr>
                <w:rFonts w:ascii="Calibri" w:hAnsi="Calibri"/>
                <w:b/>
                <w:color w:val="0F172A"/>
                <w:sz w:val="19"/>
              </w:rPr>
              <w:t>11. LinkedIn / Google Scholar Profile URL</w:t>
            </w:r>
          </w:p>
        </w:tc>
        <w:tc>
          <w:tcPr>
            <w:tcW w:type="dxa" w:w="6192"/>
            <w:tcMar>
              <w:top w:w="80" w:type="dxa"/>
              <w:bottom w:w="80" w:type="dxa"/>
              <w:left w:w="120" w:type="dxa"/>
              <w:right w:w="120" w:type="dxa"/>
            </w:tcMar>
          </w:tcPr>
          <w:p>
            <w:pPr>
              <w:spacing w:before="40" w:after="40"/>
            </w:pPr>
            <w:r>
              <w:rPr>
                <w:rFonts w:ascii="Calibri" w:hAnsi="Calibri"/>
                <w:i/>
                <w:color w:val="94A3B8"/>
                <w:sz w:val="18"/>
              </w:rPr>
              <w:t>[e.g. linkedin.com/in/username or google scholar link]</w:t>
            </w:r>
          </w:p>
        </w:tc>
      </w:tr>
      <w:tr>
        <w:tc>
          <w:tcPr>
            <w:tcW w:type="dxa" w:w="3744"/>
            <w:shd w:val="clear" w:color="auto" w:fill="F8FAFC"/>
            <w:tcMar>
              <w:top w:w="80" w:type="dxa"/>
              <w:bottom w:w="80" w:type="dxa"/>
              <w:left w:w="120" w:type="dxa"/>
              <w:right w:w="120" w:type="dxa"/>
            </w:tcMar>
          </w:tcPr>
          <w:p>
            <w:pPr>
              <w:spacing w:before="40" w:after="40"/>
            </w:pPr>
            <w:r>
              <w:rPr>
                <w:rFonts w:ascii="Calibri" w:hAnsi="Calibri"/>
                <w:b/>
                <w:color w:val="0F172A"/>
                <w:sz w:val="19"/>
              </w:rPr>
              <w:t>12. Current Areas of Research / Specialization</w:t>
            </w:r>
          </w:p>
        </w:tc>
        <w:tc>
          <w:tcPr>
            <w:tcW w:type="dxa" w:w="6192"/>
            <w:tcMar>
              <w:top w:w="80" w:type="dxa"/>
              <w:bottom w:w="80" w:type="dxa"/>
              <w:left w:w="120" w:type="dxa"/>
              <w:right w:w="120" w:type="dxa"/>
            </w:tcMar>
          </w:tcPr>
          <w:p>
            <w:pPr>
              <w:spacing w:before="40" w:after="40"/>
            </w:pPr>
            <w:r>
              <w:rPr>
                <w:rFonts w:ascii="Calibri" w:hAnsi="Calibri"/>
                <w:i/>
                <w:color w:val="94A3B8"/>
                <w:sz w:val="18"/>
              </w:rPr>
              <w:t>[e.g. Inclusive Education, Teacher Training, ICT in Classrooms]</w:t>
            </w:r>
          </w:p>
        </w:tc>
      </w:tr>
      <w:tr>
        <w:tc>
          <w:tcPr>
            <w:tcW w:type="dxa" w:w="3744"/>
            <w:shd w:val="clear" w:color="auto" w:fill="F8FAFC"/>
            <w:tcMar>
              <w:top w:w="80" w:type="dxa"/>
              <w:bottom w:w="80" w:type="dxa"/>
              <w:left w:w="120" w:type="dxa"/>
              <w:right w:w="120" w:type="dxa"/>
            </w:tcMar>
          </w:tcPr>
          <w:p>
            <w:pPr>
              <w:spacing w:before="40" w:after="40"/>
            </w:pPr>
            <w:r>
              <w:rPr>
                <w:rFonts w:ascii="Calibri" w:hAnsi="Calibri"/>
                <w:b/>
                <w:color w:val="0F172A"/>
                <w:sz w:val="19"/>
              </w:rPr>
              <w:t>13. Brief Professional Bio / Notable Achievements (2-3 lines)</w:t>
            </w:r>
          </w:p>
        </w:tc>
        <w:tc>
          <w:tcPr>
            <w:tcW w:type="dxa" w:w="6192"/>
            <w:tcMar>
              <w:top w:w="80" w:type="dxa"/>
              <w:bottom w:w="80" w:type="dxa"/>
              <w:left w:w="120" w:type="dxa"/>
              <w:right w:w="120" w:type="dxa"/>
            </w:tcMar>
          </w:tcPr>
          <w:p>
            <w:pPr>
              <w:spacing w:before="40" w:after="40"/>
            </w:pPr>
            <w:r>
              <w:rPr>
                <w:rFonts w:ascii="Calibri" w:hAnsi="Calibri"/>
                <w:i/>
                <w:color w:val="94A3B8"/>
                <w:sz w:val="18"/>
              </w:rPr>
              <w:t>[Recent publications, awards, books, or administrative responsibilities held]</w:t>
            </w:r>
          </w:p>
        </w:tc>
      </w:tr>
      <w:tr>
        <w:tc>
          <w:tcPr>
            <w:tcW w:type="dxa" w:w="3744"/>
            <w:shd w:val="clear" w:color="auto" w:fill="F8FAFC"/>
            <w:tcMar>
              <w:top w:w="80" w:type="dxa"/>
              <w:bottom w:w="80" w:type="dxa"/>
              <w:left w:w="120" w:type="dxa"/>
              <w:right w:w="120" w:type="dxa"/>
            </w:tcMar>
          </w:tcPr>
          <w:p>
            <w:pPr>
              <w:spacing w:before="40" w:after="40"/>
            </w:pPr>
            <w:r>
              <w:rPr>
                <w:rFonts w:ascii="Calibri" w:hAnsi="Calibri"/>
                <w:b/>
                <w:color w:val="0F172A"/>
                <w:sz w:val="19"/>
              </w:rPr>
              <w:t>14. Recent Formal Photograph</w:t>
            </w:r>
          </w:p>
        </w:tc>
        <w:tc>
          <w:tcPr>
            <w:tcW w:type="dxa" w:w="6192"/>
            <w:tcMar>
              <w:top w:w="80" w:type="dxa"/>
              <w:bottom w:w="80" w:type="dxa"/>
              <w:left w:w="120" w:type="dxa"/>
              <w:right w:w="120" w:type="dxa"/>
            </w:tcMar>
          </w:tcPr>
          <w:p>
            <w:pPr>
              <w:spacing w:before="40" w:after="40"/>
            </w:pPr>
            <w:r>
              <w:rPr>
                <w:rFonts w:ascii="Calibri" w:hAnsi="Calibri"/>
                <w:i/>
                <w:color w:val="94A3B8"/>
                <w:sz w:val="18"/>
              </w:rPr>
              <w:t>[[ Affix / Insert Clear High-Resolution Passport Size Color Photograph Here ]]</w:t>
            </w:r>
          </w:p>
        </w:tc>
      </w:tr>
    </w:tbl>
    <w:p/>
    <w:p>
      <w:r>
        <w:rPr>
          <w:rFonts w:ascii="Calibri" w:hAnsi="Calibri"/>
          <w:color w:val="475569"/>
          <w:sz w:val="18"/>
        </w:rPr>
        <w:t>Consent &amp; Authorization: I hereby confirm that the information provided above is accurate and may be updated in the scholarly registry and web archive of Prof. Prem Shanker Ram (Retd.).</w:t>
        <w:br/>
        <w:br/>
        <w:t>Date: ________________________                     Signature of Scholar: ________________________</w:t>
      </w:r>
    </w:p>
    <w:sectPr w:rsidR="00FC693F" w:rsidRPr="0006063C"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